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"/>
        <w:tblW w:w="10578" w:type="dxa"/>
        <w:tblLayout w:type="fixed"/>
        <w:tblLook w:val="04A0" w:firstRow="1" w:lastRow="0" w:firstColumn="1" w:lastColumn="0" w:noHBand="0" w:noVBand="1"/>
      </w:tblPr>
      <w:tblGrid>
        <w:gridCol w:w="2705"/>
        <w:gridCol w:w="1165"/>
        <w:gridCol w:w="3674"/>
        <w:gridCol w:w="3018"/>
        <w:gridCol w:w="16"/>
      </w:tblGrid>
      <w:tr w:rsidR="004E2078" w:rsidTr="002A4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5" w:type="dxa"/>
          </w:tcPr>
          <w:p w:rsidR="004E2078" w:rsidRDefault="00656B5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7280" cy="101127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sd_logo_clean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011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3" w:type="dxa"/>
            <w:gridSpan w:val="4"/>
          </w:tcPr>
          <w:p w:rsidR="004E2078" w:rsidRDefault="00656B50" w:rsidP="002A4E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263A8C"/>
                <w:sz w:val="32"/>
              </w:rPr>
              <w:t>MAKERERE INSTITUTE FOR SOCIAL DEVELOPMENT (MISD)</w:t>
            </w:r>
            <w:r>
              <w:rPr>
                <w:color w:val="B81D24"/>
                <w:sz w:val="26"/>
              </w:rPr>
              <w:br/>
              <w:t>APPLICATION FORM</w:t>
            </w:r>
            <w:r>
              <w:rPr>
                <w:color w:val="F4B13D"/>
              </w:rPr>
              <w:br/>
              <w:t>Facilitating Your Career</w:t>
            </w:r>
            <w:r>
              <w:rPr>
                <w:b w:val="0"/>
                <w:color w:val="374151"/>
                <w:sz w:val="16"/>
              </w:rPr>
              <w:br/>
              <w:t>Contact Details: +256 772498621 | +256 702323235 | info@misd.ac.ug</w:t>
            </w:r>
            <w:r>
              <w:rPr>
                <w:b w:val="0"/>
                <w:color w:val="374151"/>
                <w:sz w:val="15"/>
              </w:rPr>
              <w:br/>
              <w:t>Plot 807, Sir Apollo Kaggwa Rd, Opp Makerere University Main Grounds, P.O. Box 16074, Kampala (U)</w:t>
            </w:r>
          </w:p>
        </w:tc>
      </w:tr>
      <w:tr w:rsidR="004E2078" w:rsidTr="002A4EE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6" w:type="dxa"/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gridSpan w:val="2"/>
          </w:tcPr>
          <w:p w:rsidR="004E2078" w:rsidRDefault="00656B50">
            <w:r>
              <w:t xml:space="preserve"> </w:t>
            </w:r>
          </w:p>
        </w:tc>
        <w:tc>
          <w:tcPr>
            <w:tcW w:w="3674" w:type="dxa"/>
          </w:tcPr>
          <w:p w:rsidR="004E2078" w:rsidRDefault="00656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3018" w:type="dxa"/>
          </w:tcPr>
          <w:p w:rsidR="004E2078" w:rsidRDefault="00656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</w:t>
            </w:r>
          </w:p>
        </w:tc>
      </w:tr>
    </w:tbl>
    <w:p w:rsidR="004E2078" w:rsidRDefault="004E207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trHeight w:val="504"/>
          <w:jc w:val="center"/>
        </w:trPr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63A8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pPr>
              <w:jc w:val="center"/>
            </w:pPr>
            <w:r>
              <w:rPr>
                <w:b/>
                <w:color w:val="FFFFFF"/>
                <w:sz w:val="20"/>
              </w:rPr>
              <w:t>01</w:t>
            </w:r>
          </w:p>
        </w:tc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24"/>
              </w:rPr>
              <w:t>COURSE APPLIED FOR</w:t>
            </w:r>
            <w:r>
              <w:rPr>
                <w:color w:val="4B5563"/>
                <w:sz w:val="15"/>
              </w:rPr>
              <w:br/>
              <w:t>Write your first and second choice cou</w:t>
            </w:r>
            <w:bookmarkStart w:id="0" w:name="_GoBack"/>
            <w:bookmarkEnd w:id="0"/>
            <w:r>
              <w:rPr>
                <w:color w:val="4B5563"/>
                <w:sz w:val="15"/>
              </w:rPr>
              <w:t>rse clearly.</w:t>
            </w:r>
          </w:p>
        </w:tc>
      </w:tr>
    </w:tbl>
    <w:p w:rsidR="004E2078" w:rsidRDefault="004E207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jc w:val="center"/>
        </w:trPr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First Choice Course *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Second Choice Course *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</w:tr>
    </w:tbl>
    <w:p w:rsidR="004E2078" w:rsidRDefault="004E2078">
      <w:pPr>
        <w:spacing w:after="40"/>
      </w:pPr>
    </w:p>
    <w:p w:rsidR="004E2078" w:rsidRDefault="00656B50">
      <w:pPr>
        <w:spacing w:after="80"/>
      </w:pPr>
      <w:r>
        <w:rPr>
          <w:b/>
          <w:color w:val="B81D24"/>
        </w:rPr>
        <w:t>Available Short Certificate Courses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Radio &amp; TV Presentation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Video Coverage/Photography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Radio &amp; TV Repair, Phone Repair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Tailoring, Fashion Design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Catering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Website Design &amp; Development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Data Analysis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Computer Networking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Monitoring &amp; Evaluation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Computer Application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Computerized Accounting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Administrative Law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Languages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Public Health &amp; Management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Human Rights &amp; Conflict Resolution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Counselling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Child Protection &amp; Management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4E2078" w:rsidP="00CB5A41">
            <w:pPr>
              <w:spacing w:after="0"/>
            </w:pPr>
          </w:p>
        </w:tc>
      </w:tr>
    </w:tbl>
    <w:p w:rsidR="004E2078" w:rsidRDefault="004E2078">
      <w:pPr>
        <w:spacing w:after="80"/>
      </w:pPr>
    </w:p>
    <w:p w:rsidR="004E2078" w:rsidRDefault="00656B50">
      <w:pPr>
        <w:spacing w:after="80"/>
      </w:pPr>
      <w:r>
        <w:rPr>
          <w:b/>
          <w:color w:val="B81D24"/>
        </w:rPr>
        <w:t>Available Diploma and Certificate Programs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Mass Communication &amp; Journalism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Social Work &amp; Social Administration (SWSA)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Business Administration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Hotel and Institutional Catering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Medical Records &amp; Health Informatics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Food and Nutrition Management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Fashion and Garment Design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Information Communication Technology</w:t>
            </w:r>
          </w:p>
        </w:tc>
      </w:tr>
      <w:tr w:rsidR="004E2078" w:rsidTr="00CB5A41">
        <w:trPr>
          <w:trHeight w:val="424"/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Procurement &amp; Logistics Management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Accounting and Finance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Public Health Management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Records &amp; Information Management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Public Administration &amp; Management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Human Resource Management (HRM)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Counselling and Guidance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Secretarial Studies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Project Planning and Management</w:t>
            </w:r>
          </w:p>
        </w:tc>
        <w:tc>
          <w:tcPr>
            <w:tcW w:w="5162" w:type="dxa"/>
            <w:tcBorders>
              <w:top w:val="single" w:sz="4" w:space="0" w:color="E6E8F0"/>
              <w:left w:val="single" w:sz="4" w:space="0" w:color="E6E8F0"/>
              <w:bottom w:val="single" w:sz="4" w:space="0" w:color="E6E8F0"/>
              <w:right w:val="single" w:sz="4" w:space="0" w:color="E6E8F0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</w:tcPr>
          <w:p w:rsidR="004E2078" w:rsidRDefault="00656B50" w:rsidP="00CB5A41">
            <w:pPr>
              <w:spacing w:after="0"/>
            </w:pPr>
            <w:r>
              <w:rPr>
                <w:color w:val="374151"/>
                <w:sz w:val="15"/>
              </w:rPr>
              <w:t>☐ Distance Learning Courses</w:t>
            </w:r>
          </w:p>
        </w:tc>
      </w:tr>
    </w:tbl>
    <w:p w:rsidR="004E2078" w:rsidRDefault="004E207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trHeight w:val="504"/>
          <w:jc w:val="center"/>
        </w:trPr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63A8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pPr>
              <w:jc w:val="center"/>
            </w:pPr>
            <w:r>
              <w:rPr>
                <w:b/>
                <w:color w:val="FFFFFF"/>
                <w:sz w:val="20"/>
              </w:rPr>
              <w:t>02</w:t>
            </w:r>
          </w:p>
        </w:tc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24"/>
              </w:rPr>
              <w:t>SELECT INTAKE</w:t>
            </w:r>
            <w:r>
              <w:rPr>
                <w:color w:val="4B5563"/>
                <w:sz w:val="15"/>
              </w:rPr>
              <w:br/>
              <w:t>Tick your preferred intake.</w:t>
            </w:r>
          </w:p>
        </w:tc>
      </w:tr>
    </w:tbl>
    <w:p w:rsidR="004E2078" w:rsidRDefault="004E207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42"/>
        <w:gridCol w:w="3442"/>
        <w:gridCol w:w="3442"/>
      </w:tblGrid>
      <w:tr w:rsidR="004E2078">
        <w:trPr>
          <w:jc w:val="center"/>
        </w:trPr>
        <w:tc>
          <w:tcPr>
            <w:tcW w:w="344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6E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E2078" w:rsidRDefault="00656B50">
            <w:r>
              <w:rPr>
                <w:b/>
                <w:color w:val="17214F"/>
                <w:sz w:val="20"/>
              </w:rPr>
              <w:t>☐ January Intake</w:t>
            </w:r>
          </w:p>
        </w:tc>
        <w:tc>
          <w:tcPr>
            <w:tcW w:w="344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6E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E2078" w:rsidRDefault="00656B50">
            <w:r>
              <w:rPr>
                <w:b/>
                <w:color w:val="17214F"/>
                <w:sz w:val="20"/>
              </w:rPr>
              <w:t>☐ May Intake</w:t>
            </w:r>
          </w:p>
        </w:tc>
        <w:tc>
          <w:tcPr>
            <w:tcW w:w="344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6E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E2078" w:rsidRDefault="00656B50">
            <w:r>
              <w:rPr>
                <w:b/>
                <w:color w:val="17214F"/>
                <w:sz w:val="20"/>
              </w:rPr>
              <w:t>☐ August Intake</w:t>
            </w:r>
          </w:p>
        </w:tc>
      </w:tr>
    </w:tbl>
    <w:p w:rsidR="004E2078" w:rsidRDefault="004E207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trHeight w:val="504"/>
          <w:jc w:val="center"/>
        </w:trPr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63A8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pPr>
              <w:jc w:val="center"/>
            </w:pPr>
            <w:r>
              <w:rPr>
                <w:b/>
                <w:color w:val="FFFFFF"/>
                <w:sz w:val="20"/>
              </w:rPr>
              <w:lastRenderedPageBreak/>
              <w:t>03</w:t>
            </w:r>
          </w:p>
        </w:tc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24"/>
              </w:rPr>
              <w:t>ACADEMIC DOCUMENTS</w:t>
            </w:r>
            <w:r>
              <w:rPr>
                <w:color w:val="4B5563"/>
                <w:sz w:val="15"/>
              </w:rPr>
              <w:br/>
              <w:t>Attach copies of required academic and other supporting documents.</w:t>
            </w:r>
          </w:p>
        </w:tc>
      </w:tr>
    </w:tbl>
    <w:p w:rsidR="004E2078" w:rsidRDefault="004E207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jc w:val="center"/>
        </w:trPr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E2078" w:rsidRDefault="00656B50">
            <w:r>
              <w:rPr>
                <w:b/>
                <w:color w:val="17214F"/>
                <w:sz w:val="18"/>
              </w:rPr>
              <w:t>☐ Academic Documents Attached *</w:t>
            </w:r>
          </w:p>
        </w:tc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E2078" w:rsidRDefault="00656B50">
            <w:r>
              <w:rPr>
                <w:b/>
                <w:color w:val="17214F"/>
                <w:sz w:val="18"/>
              </w:rPr>
              <w:t>☐ Other Documents Attached *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E2078" w:rsidRDefault="004E2078"/>
        </w:tc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E2078" w:rsidRDefault="004E2078"/>
        </w:tc>
      </w:tr>
    </w:tbl>
    <w:p w:rsidR="004E2078" w:rsidRDefault="004E207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trHeight w:val="504"/>
          <w:jc w:val="center"/>
        </w:trPr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63A8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pPr>
              <w:jc w:val="center"/>
            </w:pPr>
            <w:r>
              <w:rPr>
                <w:b/>
                <w:color w:val="FFFFFF"/>
                <w:sz w:val="20"/>
              </w:rPr>
              <w:t>04</w:t>
            </w:r>
          </w:p>
        </w:tc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24"/>
              </w:rPr>
              <w:t>APPLICATION FEE PAYMENT</w:t>
            </w:r>
            <w:r>
              <w:rPr>
                <w:color w:val="4B5563"/>
                <w:sz w:val="15"/>
              </w:rPr>
              <w:br/>
              <w:t>Pay the application fee and provide payment details.</w:t>
            </w:r>
          </w:p>
        </w:tc>
      </w:tr>
    </w:tbl>
    <w:p w:rsidR="004E2078" w:rsidRDefault="004E207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42"/>
        <w:gridCol w:w="1720"/>
        <w:gridCol w:w="1722"/>
        <w:gridCol w:w="3440"/>
        <w:gridCol w:w="524"/>
      </w:tblGrid>
      <w:tr w:rsidR="004E2078">
        <w:trPr>
          <w:jc w:val="center"/>
        </w:trPr>
        <w:tc>
          <w:tcPr>
            <w:tcW w:w="3442" w:type="dxa"/>
            <w:tcBorders>
              <w:top w:val="single" w:sz="6" w:space="0" w:color="F0CA6E"/>
              <w:left w:val="single" w:sz="6" w:space="0" w:color="F0CA6E"/>
              <w:bottom w:val="single" w:sz="6" w:space="0" w:color="F0CA6E"/>
              <w:right w:val="single" w:sz="6" w:space="0" w:color="F0CA6E"/>
            </w:tcBorders>
            <w:shd w:val="clear" w:color="auto" w:fill="FFF6E2"/>
            <w:tcMar>
              <w:top w:w="110" w:type="dxa"/>
              <w:left w:w="130" w:type="dxa"/>
              <w:bottom w:w="110" w:type="dxa"/>
              <w:right w:w="130" w:type="dxa"/>
            </w:tcMar>
          </w:tcPr>
          <w:p w:rsidR="004E2078" w:rsidRDefault="00656B50">
            <w:r>
              <w:rPr>
                <w:b/>
                <w:color w:val="8A5A00"/>
                <w:sz w:val="15"/>
              </w:rPr>
              <w:t>Application Fee</w:t>
            </w:r>
            <w:r>
              <w:rPr>
                <w:b/>
                <w:color w:val="8A5A00"/>
                <w:sz w:val="15"/>
              </w:rPr>
              <w:br/>
            </w:r>
            <w:r>
              <w:rPr>
                <w:b/>
                <w:color w:val="B81D24"/>
                <w:sz w:val="20"/>
              </w:rPr>
              <w:t xml:space="preserve">UGX </w:t>
            </w:r>
            <w:r w:rsidR="00CB5A41">
              <w:rPr>
                <w:b/>
                <w:color w:val="B81D24"/>
                <w:sz w:val="20"/>
              </w:rPr>
              <w:t>5</w:t>
            </w:r>
            <w:r>
              <w:rPr>
                <w:b/>
                <w:color w:val="B81D24"/>
                <w:sz w:val="20"/>
              </w:rPr>
              <w:t>0,000</w:t>
            </w:r>
          </w:p>
        </w:tc>
        <w:tc>
          <w:tcPr>
            <w:tcW w:w="3442" w:type="dxa"/>
            <w:gridSpan w:val="2"/>
            <w:tcBorders>
              <w:top w:val="single" w:sz="6" w:space="0" w:color="F0CA6E"/>
              <w:left w:val="single" w:sz="6" w:space="0" w:color="F0CA6E"/>
              <w:bottom w:val="single" w:sz="6" w:space="0" w:color="F0CA6E"/>
              <w:right w:val="single" w:sz="6" w:space="0" w:color="F0CA6E"/>
            </w:tcBorders>
            <w:shd w:val="clear" w:color="auto" w:fill="FFF6E2"/>
            <w:tcMar>
              <w:top w:w="110" w:type="dxa"/>
              <w:left w:w="130" w:type="dxa"/>
              <w:bottom w:w="110" w:type="dxa"/>
              <w:right w:w="130" w:type="dxa"/>
            </w:tcMar>
          </w:tcPr>
          <w:p w:rsidR="004E2078" w:rsidRDefault="00656B50">
            <w:r>
              <w:rPr>
                <w:b/>
                <w:color w:val="8A5A00"/>
                <w:sz w:val="15"/>
              </w:rPr>
              <w:t>Mobile Money Number</w:t>
            </w:r>
            <w:r>
              <w:rPr>
                <w:b/>
                <w:color w:val="8A5A00"/>
                <w:sz w:val="15"/>
              </w:rPr>
              <w:br/>
            </w:r>
            <w:r>
              <w:rPr>
                <w:b/>
                <w:color w:val="17214F"/>
                <w:sz w:val="20"/>
              </w:rPr>
              <w:t>+256 772498621</w:t>
            </w:r>
          </w:p>
        </w:tc>
        <w:tc>
          <w:tcPr>
            <w:tcW w:w="3442" w:type="dxa"/>
            <w:gridSpan w:val="2"/>
            <w:tcBorders>
              <w:top w:val="single" w:sz="6" w:space="0" w:color="F0CA6E"/>
              <w:left w:val="single" w:sz="6" w:space="0" w:color="F0CA6E"/>
              <w:bottom w:val="single" w:sz="6" w:space="0" w:color="F0CA6E"/>
              <w:right w:val="single" w:sz="6" w:space="0" w:color="F0CA6E"/>
            </w:tcBorders>
            <w:shd w:val="clear" w:color="auto" w:fill="FFF6E2"/>
            <w:tcMar>
              <w:top w:w="110" w:type="dxa"/>
              <w:left w:w="130" w:type="dxa"/>
              <w:bottom w:w="110" w:type="dxa"/>
              <w:right w:w="130" w:type="dxa"/>
            </w:tcMar>
          </w:tcPr>
          <w:p w:rsidR="004E2078" w:rsidRDefault="00656B50">
            <w:r>
              <w:rPr>
                <w:b/>
                <w:color w:val="8A5A00"/>
                <w:sz w:val="15"/>
              </w:rPr>
              <w:t>Receipt</w:t>
            </w:r>
            <w:r w:rsidR="002A4EED">
              <w:rPr>
                <w:b/>
                <w:color w:val="8A5A00"/>
                <w:sz w:val="15"/>
              </w:rPr>
              <w:t xml:space="preserve"> – Transaction id</w:t>
            </w:r>
            <w:r>
              <w:rPr>
                <w:b/>
                <w:color w:val="8A5A00"/>
                <w:sz w:val="15"/>
              </w:rPr>
              <w:br/>
            </w:r>
          </w:p>
        </w:tc>
      </w:tr>
      <w:tr w:rsidR="004E2078">
        <w:trPr>
          <w:gridAfter w:val="1"/>
          <w:wAfter w:w="524" w:type="dxa"/>
          <w:jc w:val="center"/>
        </w:trPr>
        <w:tc>
          <w:tcPr>
            <w:tcW w:w="5162" w:type="dxa"/>
            <w:gridSpan w:val="2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Transaction ID *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  <w:tc>
          <w:tcPr>
            <w:tcW w:w="5162" w:type="dxa"/>
            <w:gridSpan w:val="2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Upload Receipt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</w:tr>
    </w:tbl>
    <w:p w:rsidR="004E2078" w:rsidRDefault="004E207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trHeight w:val="504"/>
          <w:jc w:val="center"/>
        </w:trPr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63A8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pPr>
              <w:jc w:val="center"/>
            </w:pPr>
            <w:r>
              <w:rPr>
                <w:b/>
                <w:color w:val="FFFFFF"/>
                <w:sz w:val="20"/>
              </w:rPr>
              <w:t>05</w:t>
            </w:r>
          </w:p>
        </w:tc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24"/>
              </w:rPr>
              <w:t>BIO DATA</w:t>
            </w:r>
            <w:r>
              <w:rPr>
                <w:color w:val="4B5563"/>
                <w:sz w:val="15"/>
              </w:rPr>
              <w:br/>
              <w:t>Provide correct personal information.</w:t>
            </w:r>
          </w:p>
        </w:tc>
      </w:tr>
    </w:tbl>
    <w:p w:rsidR="004E2078" w:rsidRDefault="004E207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jc w:val="center"/>
        </w:trPr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Full Name *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Email Address *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Date of Birth *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Sex *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</w:tr>
      <w:tr w:rsidR="004E2078">
        <w:trPr>
          <w:jc w:val="center"/>
        </w:trPr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Nationality *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  <w:tc>
          <w:tcPr>
            <w:tcW w:w="5162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18"/>
              </w:rPr>
              <w:t>District *</w:t>
            </w:r>
            <w:r>
              <w:rPr>
                <w:color w:val="111827"/>
                <w:sz w:val="20"/>
              </w:rPr>
              <w:br/>
              <w:t>________________________________________</w:t>
            </w:r>
          </w:p>
        </w:tc>
      </w:tr>
    </w:tbl>
    <w:p w:rsidR="004E2078" w:rsidRDefault="004E2078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2"/>
        <w:gridCol w:w="5162"/>
      </w:tblGrid>
      <w:tr w:rsidR="004E2078">
        <w:trPr>
          <w:trHeight w:val="504"/>
          <w:jc w:val="center"/>
        </w:trPr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263A8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pPr>
              <w:jc w:val="center"/>
            </w:pPr>
            <w:r>
              <w:rPr>
                <w:b/>
                <w:color w:val="FFFFFF"/>
                <w:sz w:val="20"/>
              </w:rPr>
              <w:t>06</w:t>
            </w:r>
          </w:p>
        </w:tc>
        <w:tc>
          <w:tcPr>
            <w:tcW w:w="516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EF2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4E2078" w:rsidRDefault="00656B50">
            <w:r>
              <w:rPr>
                <w:b/>
                <w:color w:val="17214F"/>
                <w:sz w:val="24"/>
              </w:rPr>
              <w:t>OTHER DETAILS</w:t>
            </w:r>
            <w:r>
              <w:rPr>
                <w:color w:val="4B5563"/>
                <w:sz w:val="15"/>
              </w:rPr>
              <w:br/>
              <w:t>Provide a telephone number or another reliable contact.</w:t>
            </w:r>
          </w:p>
        </w:tc>
      </w:tr>
    </w:tbl>
    <w:p w:rsidR="004E2078" w:rsidRDefault="004E207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25"/>
      </w:tblGrid>
      <w:tr w:rsidR="004E2078">
        <w:trPr>
          <w:jc w:val="center"/>
        </w:trPr>
        <w:tc>
          <w:tcPr>
            <w:tcW w:w="10325" w:type="dxa"/>
            <w:tcBorders>
              <w:top w:val="single" w:sz="6" w:space="0" w:color="D7DCE8"/>
              <w:left w:val="single" w:sz="6" w:space="0" w:color="D7DCE8"/>
              <w:bottom w:val="single" w:sz="6" w:space="0" w:color="D7DCE8"/>
              <w:right w:val="single" w:sz="6" w:space="0" w:color="D7DCE8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</w:tcPr>
          <w:p w:rsidR="004E2078" w:rsidRDefault="00656B50">
            <w:pPr>
              <w:spacing w:after="0"/>
            </w:pPr>
            <w:r>
              <w:rPr>
                <w:b/>
                <w:color w:val="17214F"/>
                <w:sz w:val="20"/>
              </w:rPr>
              <w:t>Contact Details *    _________________________________________________</w:t>
            </w:r>
          </w:p>
        </w:tc>
      </w:tr>
    </w:tbl>
    <w:p w:rsidR="004E2078" w:rsidRDefault="00656B50">
      <w:pPr>
        <w:jc w:val="center"/>
      </w:pPr>
      <w:r>
        <w:rPr>
          <w:b/>
          <w:color w:val="17214F"/>
          <w:sz w:val="17"/>
        </w:rPr>
        <w:t>Please fill this form clearly and submit it with the required supporting documents.</w:t>
      </w:r>
    </w:p>
    <w:sectPr w:rsidR="004E2078" w:rsidSect="00034616">
      <w:footerReference w:type="default" r:id="rId9"/>
      <w:pgSz w:w="11909" w:h="16834"/>
      <w:pgMar w:top="605" w:right="792" w:bottom="547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7292" w:rsidRDefault="000B7292">
      <w:pPr>
        <w:spacing w:after="0" w:line="240" w:lineRule="auto"/>
      </w:pPr>
      <w:r>
        <w:separator/>
      </w:r>
    </w:p>
  </w:endnote>
  <w:endnote w:type="continuationSeparator" w:id="0">
    <w:p w:rsidR="000B7292" w:rsidRDefault="000B7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078" w:rsidRDefault="00656B50">
    <w:pPr>
      <w:pStyle w:val="Footer"/>
      <w:jc w:val="center"/>
    </w:pPr>
    <w:r>
      <w:rPr>
        <w:color w:val="6B7280"/>
        <w:sz w:val="15"/>
      </w:rPr>
      <w:t>MISD | +256 772498621 / +256 702323235 | info@misd.ac.ug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7292" w:rsidRDefault="000B7292">
      <w:pPr>
        <w:spacing w:after="0" w:line="240" w:lineRule="auto"/>
      </w:pPr>
      <w:r>
        <w:separator/>
      </w:r>
    </w:p>
  </w:footnote>
  <w:footnote w:type="continuationSeparator" w:id="0">
    <w:p w:rsidR="000B7292" w:rsidRDefault="000B7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92"/>
    <w:rsid w:val="0015074B"/>
    <w:rsid w:val="0029639D"/>
    <w:rsid w:val="002A4EED"/>
    <w:rsid w:val="00326F90"/>
    <w:rsid w:val="004E2078"/>
    <w:rsid w:val="00656B50"/>
    <w:rsid w:val="008B71D2"/>
    <w:rsid w:val="00AA1D8D"/>
    <w:rsid w:val="00B47730"/>
    <w:rsid w:val="00CB0664"/>
    <w:rsid w:val="00CB5A41"/>
    <w:rsid w:val="00CC29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7FFE16"/>
  <w14:defaultImageDpi w14:val="300"/>
  <w15:docId w15:val="{2799CF18-DBA8-42BD-B031-7868D35B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2">
    <w:name w:val="Plain Table 2"/>
    <w:basedOn w:val="TableNormal"/>
    <w:uiPriority w:val="99"/>
    <w:rsid w:val="002A4E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99"/>
    <w:rsid w:val="002A4E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1055F6-FFE8-4784-8DF9-7E416C3CD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VIVA-CENA</cp:lastModifiedBy>
  <cp:revision>2</cp:revision>
  <dcterms:created xsi:type="dcterms:W3CDTF">2026-07-04T12:00:00Z</dcterms:created>
  <dcterms:modified xsi:type="dcterms:W3CDTF">2026-07-04T12:00:00Z</dcterms:modified>
  <cp:category/>
</cp:coreProperties>
</file>